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E35DC" w14:textId="77777777" w:rsidR="0008258D" w:rsidRDefault="0008258D">
      <w:pPr>
        <w:pStyle w:val="Titolo"/>
        <w:rPr>
          <w:lang w:val="it-IT"/>
        </w:rPr>
      </w:pPr>
    </w:p>
    <w:p w14:paraId="68F4FBC1" w14:textId="77777777" w:rsidR="007B1482" w:rsidRPr="00E7069C" w:rsidRDefault="00E7069C">
      <w:pPr>
        <w:pStyle w:val="Titolo"/>
        <w:rPr>
          <w:sz w:val="48"/>
          <w:szCs w:val="48"/>
          <w:lang w:val="it-IT"/>
        </w:rPr>
      </w:pPr>
      <w:r w:rsidRPr="00E7069C">
        <w:rPr>
          <w:lang w:val="it-IT"/>
        </w:rPr>
        <w:t>Allegato C – Catalogo voci e listino prezzi fornitori</w:t>
      </w:r>
    </w:p>
    <w:p w14:paraId="196B1C38" w14:textId="7675062D" w:rsidR="007B1482" w:rsidRDefault="00F6317F">
      <w:pPr>
        <w:rPr>
          <w:sz w:val="20"/>
          <w:szCs w:val="20"/>
          <w:lang w:val="it-IT"/>
        </w:rPr>
      </w:pPr>
      <w:r w:rsidRPr="00546109">
        <w:rPr>
          <w:b/>
          <w:sz w:val="20"/>
          <w:szCs w:val="20"/>
          <w:lang w:val="it-IT"/>
        </w:rPr>
        <w:t xml:space="preserve">Nome Progetto: </w:t>
      </w:r>
      <w:r w:rsidRPr="00546109">
        <w:rPr>
          <w:sz w:val="20"/>
          <w:szCs w:val="20"/>
          <w:lang w:val="it-IT"/>
        </w:rPr>
        <w:br/>
      </w:r>
      <w:r w:rsidR="0008258D">
        <w:rPr>
          <w:b/>
          <w:sz w:val="20"/>
          <w:szCs w:val="20"/>
          <w:lang w:val="it-IT"/>
        </w:rPr>
        <w:t>CUP</w:t>
      </w:r>
      <w:r w:rsidRPr="00546109">
        <w:rPr>
          <w:b/>
          <w:sz w:val="20"/>
          <w:szCs w:val="20"/>
          <w:lang w:val="it-IT"/>
        </w:rPr>
        <w:t>:</w:t>
      </w:r>
      <w:r w:rsidR="00496A8F" w:rsidRPr="00546109">
        <w:rPr>
          <w:sz w:val="20"/>
          <w:szCs w:val="20"/>
          <w:lang w:val="it-IT"/>
        </w:rPr>
        <w:t xml:space="preserve"> </w:t>
      </w:r>
      <w:r w:rsidRPr="00546109">
        <w:rPr>
          <w:sz w:val="20"/>
          <w:szCs w:val="20"/>
          <w:lang w:val="it-IT"/>
        </w:rPr>
        <w:br/>
      </w:r>
    </w:p>
    <w:p w14:paraId="3D26428C" w14:textId="77777777" w:rsidR="00655142" w:rsidRPr="00655142" w:rsidRDefault="00655142">
      <w:pPr>
        <w:rPr>
          <w:b/>
          <w:bCs/>
          <w:sz w:val="20"/>
          <w:szCs w:val="20"/>
          <w:lang w:val="it-IT"/>
        </w:rPr>
      </w:pPr>
      <w:r w:rsidRPr="00655142">
        <w:rPr>
          <w:b/>
          <w:bCs/>
          <w:lang w:val="it-IT"/>
        </w:rPr>
        <w:t>I prezzi unitari e i costi di installazione dovranno essere compilati a cura del fornitore in fase di presentazione della domanda di accreditamento e saranno vincolanti per tutta la durata di validità del catalogo.</w:t>
      </w:r>
      <w:r w:rsidR="006F495D">
        <w:rPr>
          <w:b/>
          <w:bCs/>
          <w:lang w:val="it-IT"/>
        </w:rPr>
        <w:t xml:space="preserve"> </w:t>
      </w:r>
      <w:proofErr w:type="gramStart"/>
      <w:r w:rsidR="006F495D">
        <w:rPr>
          <w:b/>
          <w:bCs/>
          <w:lang w:val="it-IT"/>
        </w:rPr>
        <w:t>E’</w:t>
      </w:r>
      <w:proofErr w:type="gramEnd"/>
      <w:r w:rsidR="006F495D">
        <w:rPr>
          <w:b/>
          <w:bCs/>
          <w:lang w:val="it-IT"/>
        </w:rPr>
        <w:t xml:space="preserve"> possibile aggiungere/rimuovere dispositivi.</w:t>
      </w:r>
    </w:p>
    <w:p w14:paraId="7FD3C328" w14:textId="77777777" w:rsidR="00BD1A92" w:rsidRPr="00546109" w:rsidRDefault="00BD1A92">
      <w:p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Elenco </w:t>
      </w:r>
      <w:proofErr w:type="spellStart"/>
      <w:r>
        <w:rPr>
          <w:sz w:val="20"/>
          <w:szCs w:val="20"/>
          <w:lang w:val="it-IT"/>
        </w:rPr>
        <w:t>Forniture</w:t>
      </w:r>
      <w:r w:rsidR="00317DA4">
        <w:rPr>
          <w:sz w:val="20"/>
          <w:szCs w:val="20"/>
          <w:lang w:val="it-IT"/>
        </w:rPr>
        <w:t>CosC</w:t>
      </w:r>
      <w:proofErr w:type="spellEnd"/>
    </w:p>
    <w:tbl>
      <w:tblPr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810"/>
        <w:gridCol w:w="1560"/>
        <w:gridCol w:w="1275"/>
        <w:gridCol w:w="1985"/>
        <w:gridCol w:w="1276"/>
        <w:gridCol w:w="992"/>
        <w:gridCol w:w="1417"/>
        <w:gridCol w:w="1560"/>
        <w:gridCol w:w="1275"/>
      </w:tblGrid>
      <w:tr w:rsidR="00317DA4" w:rsidRPr="00317DA4" w14:paraId="42CCB0A8" w14:textId="77777777" w:rsidTr="00317DA4">
        <w:tc>
          <w:tcPr>
            <w:tcW w:w="1566" w:type="dxa"/>
          </w:tcPr>
          <w:p w14:paraId="79F2CE9D" w14:textId="77777777" w:rsidR="00317DA4" w:rsidRPr="0063031B" w:rsidRDefault="00317DA4" w:rsidP="0063031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Categoria</w:t>
            </w:r>
            <w:proofErr w:type="spellEnd"/>
          </w:p>
        </w:tc>
        <w:tc>
          <w:tcPr>
            <w:tcW w:w="810" w:type="dxa"/>
          </w:tcPr>
          <w:p w14:paraId="72ED4B40" w14:textId="77777777" w:rsidR="00317DA4" w:rsidRPr="0063031B" w:rsidRDefault="00317DA4" w:rsidP="0063031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Codice</w:t>
            </w:r>
            <w:proofErr w:type="spellEnd"/>
          </w:p>
        </w:tc>
        <w:tc>
          <w:tcPr>
            <w:tcW w:w="1560" w:type="dxa"/>
          </w:tcPr>
          <w:p w14:paraId="146CDDF3" w14:textId="77777777" w:rsidR="00317DA4" w:rsidRPr="0063031B" w:rsidRDefault="00317DA4" w:rsidP="0063031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Dispositivo</w:t>
            </w:r>
            <w:proofErr w:type="spellEnd"/>
          </w:p>
        </w:tc>
        <w:tc>
          <w:tcPr>
            <w:tcW w:w="1275" w:type="dxa"/>
          </w:tcPr>
          <w:p w14:paraId="2F8B64F5" w14:textId="77777777" w:rsidR="00317DA4" w:rsidRPr="0063031B" w:rsidRDefault="00317DA4" w:rsidP="0063031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Finalità</w:t>
            </w:r>
            <w:proofErr w:type="spellEnd"/>
          </w:p>
        </w:tc>
        <w:tc>
          <w:tcPr>
            <w:tcW w:w="1985" w:type="dxa"/>
          </w:tcPr>
          <w:p w14:paraId="11ACCEE4" w14:textId="77777777" w:rsidR="00317DA4" w:rsidRPr="0063031B" w:rsidRDefault="00317DA4" w:rsidP="0063031B">
            <w:pPr>
              <w:jc w:val="center"/>
              <w:rPr>
                <w:b/>
                <w:bCs/>
                <w:sz w:val="18"/>
                <w:szCs w:val="18"/>
              </w:rPr>
            </w:pPr>
            <w:r w:rsidRPr="0063031B">
              <w:rPr>
                <w:b/>
                <w:bCs/>
                <w:sz w:val="18"/>
                <w:szCs w:val="18"/>
              </w:rPr>
              <w:t xml:space="preserve">Bisogno </w:t>
            </w:r>
            <w:proofErr w:type="spellStart"/>
            <w:r w:rsidRPr="0063031B">
              <w:rPr>
                <w:b/>
                <w:bCs/>
                <w:sz w:val="18"/>
                <w:szCs w:val="18"/>
              </w:rPr>
              <w:t>funzionale</w:t>
            </w:r>
            <w:proofErr w:type="spellEnd"/>
            <w:r w:rsidRPr="0063031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3031B">
              <w:rPr>
                <w:b/>
                <w:bCs/>
                <w:sz w:val="18"/>
                <w:szCs w:val="18"/>
              </w:rPr>
              <w:t>rilevato</w:t>
            </w:r>
            <w:proofErr w:type="spellEnd"/>
          </w:p>
        </w:tc>
        <w:tc>
          <w:tcPr>
            <w:tcW w:w="1276" w:type="dxa"/>
          </w:tcPr>
          <w:p w14:paraId="2D89CA09" w14:textId="77777777" w:rsidR="00317DA4" w:rsidRPr="0063031B" w:rsidRDefault="00317DA4" w:rsidP="0063031B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Descrizione</w:t>
            </w:r>
            <w:proofErr w:type="spellEnd"/>
          </w:p>
        </w:tc>
        <w:tc>
          <w:tcPr>
            <w:tcW w:w="992" w:type="dxa"/>
          </w:tcPr>
          <w:p w14:paraId="1A188082" w14:textId="77777777" w:rsidR="00317DA4" w:rsidRPr="0063031B" w:rsidRDefault="00317DA4" w:rsidP="0063031B">
            <w:pPr>
              <w:jc w:val="center"/>
              <w:rPr>
                <w:b/>
                <w:bCs/>
                <w:sz w:val="18"/>
                <w:szCs w:val="18"/>
              </w:rPr>
            </w:pPr>
            <w:r w:rsidRPr="0063031B">
              <w:rPr>
                <w:b/>
                <w:bCs/>
                <w:sz w:val="18"/>
                <w:szCs w:val="18"/>
              </w:rPr>
              <w:t xml:space="preserve">Prezzo </w:t>
            </w:r>
            <w:proofErr w:type="spellStart"/>
            <w:r w:rsidRPr="0063031B">
              <w:rPr>
                <w:b/>
                <w:bCs/>
                <w:sz w:val="18"/>
                <w:szCs w:val="18"/>
              </w:rPr>
              <w:t>unitario</w:t>
            </w:r>
            <w:proofErr w:type="spellEnd"/>
          </w:p>
        </w:tc>
        <w:tc>
          <w:tcPr>
            <w:tcW w:w="1417" w:type="dxa"/>
          </w:tcPr>
          <w:p w14:paraId="3906A869" w14:textId="77777777" w:rsidR="00317DA4" w:rsidRPr="0063031B" w:rsidRDefault="00317DA4" w:rsidP="0063031B">
            <w:pPr>
              <w:jc w:val="center"/>
              <w:rPr>
                <w:b/>
                <w:bCs/>
                <w:sz w:val="18"/>
                <w:szCs w:val="18"/>
              </w:rPr>
            </w:pPr>
            <w:r w:rsidRPr="0063031B">
              <w:rPr>
                <w:b/>
                <w:bCs/>
                <w:sz w:val="18"/>
                <w:szCs w:val="18"/>
              </w:rPr>
              <w:t xml:space="preserve">Costo </w:t>
            </w:r>
            <w:proofErr w:type="spellStart"/>
            <w:r w:rsidRPr="0063031B">
              <w:rPr>
                <w:b/>
                <w:bCs/>
                <w:sz w:val="18"/>
                <w:szCs w:val="18"/>
              </w:rPr>
              <w:t>Installazione</w:t>
            </w:r>
            <w:proofErr w:type="spellEnd"/>
          </w:p>
        </w:tc>
        <w:tc>
          <w:tcPr>
            <w:tcW w:w="1560" w:type="dxa"/>
          </w:tcPr>
          <w:p w14:paraId="4F778BED" w14:textId="77777777" w:rsidR="00317DA4" w:rsidRPr="00317DA4" w:rsidRDefault="00317DA4" w:rsidP="0063031B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 w:rsidRPr="00317DA4">
              <w:rPr>
                <w:b/>
                <w:bCs/>
                <w:sz w:val="18"/>
                <w:szCs w:val="18"/>
                <w:lang w:val="it-IT"/>
              </w:rPr>
              <w:t>Costo Collaudo, Configurazione e F</w:t>
            </w:r>
            <w:r>
              <w:rPr>
                <w:b/>
                <w:bCs/>
                <w:sz w:val="18"/>
                <w:szCs w:val="18"/>
                <w:lang w:val="it-IT"/>
              </w:rPr>
              <w:t>ormazione</w:t>
            </w:r>
          </w:p>
        </w:tc>
        <w:tc>
          <w:tcPr>
            <w:tcW w:w="1275" w:type="dxa"/>
          </w:tcPr>
          <w:p w14:paraId="383FDD63" w14:textId="77777777" w:rsidR="00317DA4" w:rsidRDefault="00317DA4" w:rsidP="0063031B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>
              <w:rPr>
                <w:b/>
                <w:bCs/>
                <w:sz w:val="18"/>
                <w:szCs w:val="18"/>
                <w:lang w:val="it-IT"/>
              </w:rPr>
              <w:t>Note</w:t>
            </w:r>
          </w:p>
          <w:p w14:paraId="051CF416" w14:textId="77777777" w:rsidR="00317DA4" w:rsidRPr="00317DA4" w:rsidRDefault="00317DA4" w:rsidP="0063031B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</w:p>
        </w:tc>
      </w:tr>
      <w:tr w:rsidR="00317DA4" w:rsidRPr="00D20080" w14:paraId="6F894958" w14:textId="77777777" w:rsidTr="00317DA4">
        <w:tc>
          <w:tcPr>
            <w:tcW w:w="1566" w:type="dxa"/>
          </w:tcPr>
          <w:p w14:paraId="41A1ED81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Sicurezza</w:t>
            </w:r>
            <w:proofErr w:type="spellEnd"/>
          </w:p>
        </w:tc>
        <w:tc>
          <w:tcPr>
            <w:tcW w:w="810" w:type="dxa"/>
          </w:tcPr>
          <w:p w14:paraId="7C214AD9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SD01</w:t>
            </w:r>
          </w:p>
        </w:tc>
        <w:tc>
          <w:tcPr>
            <w:tcW w:w="1560" w:type="dxa"/>
          </w:tcPr>
          <w:p w14:paraId="244150A2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Sensore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movimento</w:t>
            </w:r>
            <w:proofErr w:type="spellEnd"/>
          </w:p>
        </w:tc>
        <w:tc>
          <w:tcPr>
            <w:tcW w:w="1275" w:type="dxa"/>
          </w:tcPr>
          <w:p w14:paraId="78BF1C9B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Rilevazione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presenza</w:t>
            </w:r>
            <w:proofErr w:type="spellEnd"/>
          </w:p>
        </w:tc>
        <w:tc>
          <w:tcPr>
            <w:tcW w:w="1985" w:type="dxa"/>
          </w:tcPr>
          <w:p w14:paraId="56B96AA2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  <w:r w:rsidRPr="00546109">
              <w:rPr>
                <w:sz w:val="20"/>
                <w:szCs w:val="20"/>
                <w:lang w:val="it-IT"/>
              </w:rPr>
              <w:t>Monitoraggio presenza e anomalie comportamentali</w:t>
            </w:r>
          </w:p>
        </w:tc>
        <w:tc>
          <w:tcPr>
            <w:tcW w:w="1276" w:type="dxa"/>
          </w:tcPr>
          <w:p w14:paraId="223C9A4D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dxa"/>
          </w:tcPr>
          <w:p w14:paraId="09F84076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13CDA318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60" w:type="dxa"/>
          </w:tcPr>
          <w:p w14:paraId="52F69A59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5" w:type="dxa"/>
          </w:tcPr>
          <w:p w14:paraId="598C1EDF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</w:tr>
      <w:tr w:rsidR="00317DA4" w:rsidRPr="00D20080" w14:paraId="13206F70" w14:textId="77777777" w:rsidTr="00317DA4">
        <w:tc>
          <w:tcPr>
            <w:tcW w:w="1566" w:type="dxa"/>
          </w:tcPr>
          <w:p w14:paraId="00CFAA3C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Sicurezza</w:t>
            </w:r>
            <w:proofErr w:type="spellEnd"/>
          </w:p>
        </w:tc>
        <w:tc>
          <w:tcPr>
            <w:tcW w:w="810" w:type="dxa"/>
          </w:tcPr>
          <w:p w14:paraId="39C27D9D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SD02</w:t>
            </w:r>
          </w:p>
        </w:tc>
        <w:tc>
          <w:tcPr>
            <w:tcW w:w="1560" w:type="dxa"/>
          </w:tcPr>
          <w:p w14:paraId="7559C441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Sensore</w:t>
            </w:r>
            <w:proofErr w:type="spellEnd"/>
            <w:r w:rsidRPr="00546109">
              <w:rPr>
                <w:sz w:val="20"/>
                <w:szCs w:val="20"/>
              </w:rPr>
              <w:t xml:space="preserve"> apertura</w:t>
            </w:r>
          </w:p>
        </w:tc>
        <w:tc>
          <w:tcPr>
            <w:tcW w:w="1275" w:type="dxa"/>
          </w:tcPr>
          <w:p w14:paraId="0FCADD37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Porte/</w:t>
            </w:r>
            <w:proofErr w:type="spellStart"/>
            <w:r w:rsidRPr="00546109">
              <w:rPr>
                <w:sz w:val="20"/>
                <w:szCs w:val="20"/>
              </w:rPr>
              <w:t>finestre</w:t>
            </w:r>
            <w:proofErr w:type="spellEnd"/>
          </w:p>
        </w:tc>
        <w:tc>
          <w:tcPr>
            <w:tcW w:w="1985" w:type="dxa"/>
          </w:tcPr>
          <w:p w14:paraId="74953429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  <w:r w:rsidRPr="00546109">
              <w:rPr>
                <w:sz w:val="20"/>
                <w:szCs w:val="20"/>
                <w:lang w:val="it-IT"/>
              </w:rPr>
              <w:t>Controllo accessi e prevenzione allontanamento</w:t>
            </w:r>
          </w:p>
        </w:tc>
        <w:tc>
          <w:tcPr>
            <w:tcW w:w="1276" w:type="dxa"/>
          </w:tcPr>
          <w:p w14:paraId="1AFEF70B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dxa"/>
          </w:tcPr>
          <w:p w14:paraId="42581512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482D3698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60" w:type="dxa"/>
          </w:tcPr>
          <w:p w14:paraId="09944402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5" w:type="dxa"/>
          </w:tcPr>
          <w:p w14:paraId="1801AB97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</w:tr>
      <w:tr w:rsidR="00317DA4" w:rsidRPr="00D20080" w14:paraId="1400A77E" w14:textId="77777777" w:rsidTr="00317DA4">
        <w:tc>
          <w:tcPr>
            <w:tcW w:w="1566" w:type="dxa"/>
          </w:tcPr>
          <w:p w14:paraId="5E5FDC46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Sicurezza</w:t>
            </w:r>
            <w:proofErr w:type="spellEnd"/>
          </w:p>
        </w:tc>
        <w:tc>
          <w:tcPr>
            <w:tcW w:w="810" w:type="dxa"/>
          </w:tcPr>
          <w:p w14:paraId="1E92594D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SD03</w:t>
            </w:r>
          </w:p>
        </w:tc>
        <w:tc>
          <w:tcPr>
            <w:tcW w:w="1560" w:type="dxa"/>
          </w:tcPr>
          <w:p w14:paraId="6F7899B7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Sensore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caduta</w:t>
            </w:r>
            <w:proofErr w:type="spellEnd"/>
          </w:p>
        </w:tc>
        <w:tc>
          <w:tcPr>
            <w:tcW w:w="1275" w:type="dxa"/>
          </w:tcPr>
          <w:p w14:paraId="00ADEAE9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Indossabile</w:t>
            </w:r>
            <w:proofErr w:type="spellEnd"/>
            <w:r w:rsidRPr="00546109">
              <w:rPr>
                <w:sz w:val="20"/>
                <w:szCs w:val="20"/>
              </w:rPr>
              <w:t>/</w:t>
            </w:r>
            <w:proofErr w:type="spellStart"/>
            <w:r w:rsidRPr="00546109">
              <w:rPr>
                <w:sz w:val="20"/>
                <w:szCs w:val="20"/>
              </w:rPr>
              <w:t>ambientale</w:t>
            </w:r>
            <w:proofErr w:type="spellEnd"/>
          </w:p>
        </w:tc>
        <w:tc>
          <w:tcPr>
            <w:tcW w:w="1985" w:type="dxa"/>
          </w:tcPr>
          <w:p w14:paraId="2B198FA3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  <w:r w:rsidRPr="00546109">
              <w:rPr>
                <w:sz w:val="20"/>
                <w:szCs w:val="20"/>
                <w:lang w:val="it-IT"/>
              </w:rPr>
              <w:t>Rilevazione cadute e attivazione soccorso</w:t>
            </w:r>
          </w:p>
        </w:tc>
        <w:tc>
          <w:tcPr>
            <w:tcW w:w="1276" w:type="dxa"/>
          </w:tcPr>
          <w:p w14:paraId="0EA83364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dxa"/>
          </w:tcPr>
          <w:p w14:paraId="65C833C4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4C76E3BF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60" w:type="dxa"/>
          </w:tcPr>
          <w:p w14:paraId="080BEA03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5" w:type="dxa"/>
          </w:tcPr>
          <w:p w14:paraId="4C1D1D7A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</w:tr>
      <w:tr w:rsidR="00317DA4" w:rsidRPr="00546109" w14:paraId="3104518C" w14:textId="77777777" w:rsidTr="00317DA4">
        <w:tc>
          <w:tcPr>
            <w:tcW w:w="1566" w:type="dxa"/>
          </w:tcPr>
          <w:p w14:paraId="78263BE6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Sicurezza</w:t>
            </w:r>
            <w:proofErr w:type="spellEnd"/>
          </w:p>
        </w:tc>
        <w:tc>
          <w:tcPr>
            <w:tcW w:w="810" w:type="dxa"/>
          </w:tcPr>
          <w:p w14:paraId="6DD4F06C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SD04</w:t>
            </w:r>
          </w:p>
        </w:tc>
        <w:tc>
          <w:tcPr>
            <w:tcW w:w="1560" w:type="dxa"/>
          </w:tcPr>
          <w:p w14:paraId="1D184178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Sensore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fumo</w:t>
            </w:r>
            <w:proofErr w:type="spellEnd"/>
          </w:p>
        </w:tc>
        <w:tc>
          <w:tcPr>
            <w:tcW w:w="1275" w:type="dxa"/>
          </w:tcPr>
          <w:p w14:paraId="4694512A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Allarme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incendio</w:t>
            </w:r>
            <w:proofErr w:type="spellEnd"/>
          </w:p>
        </w:tc>
        <w:tc>
          <w:tcPr>
            <w:tcW w:w="1985" w:type="dxa"/>
          </w:tcPr>
          <w:p w14:paraId="42FA976B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Prevenzione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rischio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incendio</w:t>
            </w:r>
            <w:proofErr w:type="spellEnd"/>
          </w:p>
        </w:tc>
        <w:tc>
          <w:tcPr>
            <w:tcW w:w="1276" w:type="dxa"/>
          </w:tcPr>
          <w:p w14:paraId="228FB193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D9C15BD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7FADC7C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DE95F62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CFD0061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546109" w14:paraId="22402D7C" w14:textId="77777777" w:rsidTr="00317DA4">
        <w:tc>
          <w:tcPr>
            <w:tcW w:w="1566" w:type="dxa"/>
          </w:tcPr>
          <w:p w14:paraId="0DB92634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lastRenderedPageBreak/>
              <w:t>Sicurezza</w:t>
            </w:r>
            <w:proofErr w:type="spellEnd"/>
          </w:p>
        </w:tc>
        <w:tc>
          <w:tcPr>
            <w:tcW w:w="810" w:type="dxa"/>
          </w:tcPr>
          <w:p w14:paraId="12FB512A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SD05</w:t>
            </w:r>
          </w:p>
        </w:tc>
        <w:tc>
          <w:tcPr>
            <w:tcW w:w="1560" w:type="dxa"/>
          </w:tcPr>
          <w:p w14:paraId="4E657B8B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Sensore</w:t>
            </w:r>
            <w:proofErr w:type="spellEnd"/>
            <w:r w:rsidRPr="00546109">
              <w:rPr>
                <w:sz w:val="20"/>
                <w:szCs w:val="20"/>
              </w:rPr>
              <w:t xml:space="preserve"> gas</w:t>
            </w:r>
          </w:p>
        </w:tc>
        <w:tc>
          <w:tcPr>
            <w:tcW w:w="1275" w:type="dxa"/>
          </w:tcPr>
          <w:p w14:paraId="264161AF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Rilevazione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fughe</w:t>
            </w:r>
            <w:proofErr w:type="spellEnd"/>
          </w:p>
        </w:tc>
        <w:tc>
          <w:tcPr>
            <w:tcW w:w="1985" w:type="dxa"/>
          </w:tcPr>
          <w:p w14:paraId="354D366A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Prevenzione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fughe</w:t>
            </w:r>
            <w:proofErr w:type="spellEnd"/>
            <w:r w:rsidRPr="00546109">
              <w:rPr>
                <w:sz w:val="20"/>
                <w:szCs w:val="20"/>
              </w:rPr>
              <w:t xml:space="preserve"> di gas</w:t>
            </w:r>
          </w:p>
        </w:tc>
        <w:tc>
          <w:tcPr>
            <w:tcW w:w="1276" w:type="dxa"/>
          </w:tcPr>
          <w:p w14:paraId="6E2D510E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B8B6A0A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E6FE777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60F6DEF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8F96262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D20080" w14:paraId="0FD5B00C" w14:textId="77777777" w:rsidTr="00317DA4">
        <w:tc>
          <w:tcPr>
            <w:tcW w:w="1566" w:type="dxa"/>
          </w:tcPr>
          <w:p w14:paraId="131DA665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Sicurezza</w:t>
            </w:r>
            <w:proofErr w:type="spellEnd"/>
          </w:p>
        </w:tc>
        <w:tc>
          <w:tcPr>
            <w:tcW w:w="810" w:type="dxa"/>
          </w:tcPr>
          <w:p w14:paraId="73853AF1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SD06</w:t>
            </w:r>
          </w:p>
        </w:tc>
        <w:tc>
          <w:tcPr>
            <w:tcW w:w="1560" w:type="dxa"/>
          </w:tcPr>
          <w:p w14:paraId="59332FFA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Sensore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allagamento</w:t>
            </w:r>
            <w:proofErr w:type="spellEnd"/>
          </w:p>
        </w:tc>
        <w:tc>
          <w:tcPr>
            <w:tcW w:w="1275" w:type="dxa"/>
          </w:tcPr>
          <w:p w14:paraId="1BC4708D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Bagno/cucina</w:t>
            </w:r>
          </w:p>
        </w:tc>
        <w:tc>
          <w:tcPr>
            <w:tcW w:w="1985" w:type="dxa"/>
          </w:tcPr>
          <w:p w14:paraId="5A1E85D2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  <w:r w:rsidRPr="00546109">
              <w:rPr>
                <w:sz w:val="20"/>
                <w:szCs w:val="20"/>
                <w:lang w:val="it-IT"/>
              </w:rPr>
              <w:t>Prevenzione danni da perdite idriche</w:t>
            </w:r>
          </w:p>
        </w:tc>
        <w:tc>
          <w:tcPr>
            <w:tcW w:w="1276" w:type="dxa"/>
          </w:tcPr>
          <w:p w14:paraId="6000B6C2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dxa"/>
          </w:tcPr>
          <w:p w14:paraId="167018C8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65735E23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60" w:type="dxa"/>
          </w:tcPr>
          <w:p w14:paraId="15EF485F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5" w:type="dxa"/>
          </w:tcPr>
          <w:p w14:paraId="17B82E52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</w:tr>
      <w:tr w:rsidR="00317DA4" w:rsidRPr="00546109" w14:paraId="7546E808" w14:textId="77777777" w:rsidTr="00317DA4">
        <w:tc>
          <w:tcPr>
            <w:tcW w:w="1566" w:type="dxa"/>
          </w:tcPr>
          <w:p w14:paraId="13CF6EF0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Sicurezza</w:t>
            </w:r>
            <w:proofErr w:type="spellEnd"/>
          </w:p>
        </w:tc>
        <w:tc>
          <w:tcPr>
            <w:tcW w:w="810" w:type="dxa"/>
          </w:tcPr>
          <w:p w14:paraId="17DFB7F8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SD07</w:t>
            </w:r>
          </w:p>
        </w:tc>
        <w:tc>
          <w:tcPr>
            <w:tcW w:w="1560" w:type="dxa"/>
          </w:tcPr>
          <w:p w14:paraId="7CA16335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Pulsante</w:t>
            </w:r>
            <w:proofErr w:type="spellEnd"/>
            <w:r w:rsidRPr="00546109">
              <w:rPr>
                <w:sz w:val="20"/>
                <w:szCs w:val="20"/>
              </w:rPr>
              <w:t xml:space="preserve"> SOS </w:t>
            </w:r>
            <w:proofErr w:type="spellStart"/>
            <w:r w:rsidRPr="00546109">
              <w:rPr>
                <w:sz w:val="20"/>
                <w:szCs w:val="20"/>
              </w:rPr>
              <w:t>fisso</w:t>
            </w:r>
            <w:proofErr w:type="spellEnd"/>
          </w:p>
        </w:tc>
        <w:tc>
          <w:tcPr>
            <w:tcW w:w="1275" w:type="dxa"/>
          </w:tcPr>
          <w:p w14:paraId="5667D858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Parete</w:t>
            </w:r>
          </w:p>
        </w:tc>
        <w:tc>
          <w:tcPr>
            <w:tcW w:w="1985" w:type="dxa"/>
          </w:tcPr>
          <w:p w14:paraId="68E39DFB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Richiesta </w:t>
            </w:r>
            <w:proofErr w:type="spellStart"/>
            <w:r w:rsidRPr="00546109">
              <w:rPr>
                <w:sz w:val="20"/>
                <w:szCs w:val="20"/>
              </w:rPr>
              <w:t>immediata</w:t>
            </w:r>
            <w:proofErr w:type="spellEnd"/>
            <w:r w:rsidRPr="00546109">
              <w:rPr>
                <w:sz w:val="20"/>
                <w:szCs w:val="20"/>
              </w:rPr>
              <w:t xml:space="preserve"> di </w:t>
            </w:r>
            <w:proofErr w:type="spellStart"/>
            <w:r w:rsidRPr="00546109">
              <w:rPr>
                <w:sz w:val="20"/>
                <w:szCs w:val="20"/>
              </w:rPr>
              <w:t>aiuto</w:t>
            </w:r>
            <w:proofErr w:type="spellEnd"/>
          </w:p>
        </w:tc>
        <w:tc>
          <w:tcPr>
            <w:tcW w:w="1276" w:type="dxa"/>
          </w:tcPr>
          <w:p w14:paraId="7F30833E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327D24B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9BB48F6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0EAC450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979EB5C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546109" w14:paraId="156E42FE" w14:textId="77777777" w:rsidTr="00317DA4">
        <w:tc>
          <w:tcPr>
            <w:tcW w:w="1566" w:type="dxa"/>
          </w:tcPr>
          <w:p w14:paraId="3C408347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Sicurezza</w:t>
            </w:r>
            <w:proofErr w:type="spellEnd"/>
          </w:p>
        </w:tc>
        <w:tc>
          <w:tcPr>
            <w:tcW w:w="810" w:type="dxa"/>
          </w:tcPr>
          <w:p w14:paraId="11F904C0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SD08</w:t>
            </w:r>
          </w:p>
        </w:tc>
        <w:tc>
          <w:tcPr>
            <w:tcW w:w="1560" w:type="dxa"/>
          </w:tcPr>
          <w:p w14:paraId="1937F7F1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Pulsante</w:t>
            </w:r>
            <w:proofErr w:type="spellEnd"/>
            <w:r w:rsidRPr="00546109">
              <w:rPr>
                <w:sz w:val="20"/>
                <w:szCs w:val="20"/>
              </w:rPr>
              <w:t xml:space="preserve"> SOS mobile</w:t>
            </w:r>
          </w:p>
        </w:tc>
        <w:tc>
          <w:tcPr>
            <w:tcW w:w="1275" w:type="dxa"/>
          </w:tcPr>
          <w:p w14:paraId="132FA940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Bracciale/</w:t>
            </w:r>
            <w:proofErr w:type="spellStart"/>
            <w:r w:rsidRPr="00546109">
              <w:rPr>
                <w:sz w:val="20"/>
                <w:szCs w:val="20"/>
              </w:rPr>
              <w:t>collana</w:t>
            </w:r>
            <w:proofErr w:type="spellEnd"/>
          </w:p>
        </w:tc>
        <w:tc>
          <w:tcPr>
            <w:tcW w:w="1985" w:type="dxa"/>
          </w:tcPr>
          <w:p w14:paraId="267CC7C8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Richiesta </w:t>
            </w:r>
            <w:proofErr w:type="spellStart"/>
            <w:r w:rsidRPr="00546109">
              <w:rPr>
                <w:sz w:val="20"/>
                <w:szCs w:val="20"/>
              </w:rPr>
              <w:t>immediata</w:t>
            </w:r>
            <w:proofErr w:type="spellEnd"/>
            <w:r w:rsidRPr="00546109">
              <w:rPr>
                <w:sz w:val="20"/>
                <w:szCs w:val="20"/>
              </w:rPr>
              <w:t xml:space="preserve"> di </w:t>
            </w:r>
            <w:proofErr w:type="spellStart"/>
            <w:r w:rsidRPr="00546109">
              <w:rPr>
                <w:sz w:val="20"/>
                <w:szCs w:val="20"/>
              </w:rPr>
              <w:t>aiuto</w:t>
            </w:r>
            <w:proofErr w:type="spellEnd"/>
          </w:p>
        </w:tc>
        <w:tc>
          <w:tcPr>
            <w:tcW w:w="1276" w:type="dxa"/>
          </w:tcPr>
          <w:p w14:paraId="1C08FABB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F879ED1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0E48B52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AC1A8FF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27D212C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546109" w14:paraId="5E1F4BD4" w14:textId="77777777" w:rsidTr="00317DA4">
        <w:tc>
          <w:tcPr>
            <w:tcW w:w="1566" w:type="dxa"/>
          </w:tcPr>
          <w:p w14:paraId="420CD1FB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Monitoraggio</w:t>
            </w:r>
            <w:proofErr w:type="spellEnd"/>
          </w:p>
        </w:tc>
        <w:tc>
          <w:tcPr>
            <w:tcW w:w="810" w:type="dxa"/>
          </w:tcPr>
          <w:p w14:paraId="00E07483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MT01</w:t>
            </w:r>
          </w:p>
        </w:tc>
        <w:tc>
          <w:tcPr>
            <w:tcW w:w="1560" w:type="dxa"/>
          </w:tcPr>
          <w:p w14:paraId="3DE26F66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Centralina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domotica</w:t>
            </w:r>
            <w:proofErr w:type="spellEnd"/>
          </w:p>
        </w:tc>
        <w:tc>
          <w:tcPr>
            <w:tcW w:w="1275" w:type="dxa"/>
          </w:tcPr>
          <w:p w14:paraId="32D88388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Hub </w:t>
            </w:r>
            <w:proofErr w:type="spellStart"/>
            <w:r w:rsidRPr="00546109">
              <w:rPr>
                <w:sz w:val="20"/>
                <w:szCs w:val="20"/>
              </w:rPr>
              <w:t>sistema</w:t>
            </w:r>
            <w:proofErr w:type="spellEnd"/>
          </w:p>
        </w:tc>
        <w:tc>
          <w:tcPr>
            <w:tcW w:w="1985" w:type="dxa"/>
          </w:tcPr>
          <w:p w14:paraId="373AD7CA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Gestione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integrata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dispositivi</w:t>
            </w:r>
            <w:proofErr w:type="spellEnd"/>
          </w:p>
        </w:tc>
        <w:tc>
          <w:tcPr>
            <w:tcW w:w="1276" w:type="dxa"/>
          </w:tcPr>
          <w:p w14:paraId="677542FD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897BF40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090BDD7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BCF8E71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4983469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D20080" w14:paraId="5830F356" w14:textId="77777777" w:rsidTr="00317DA4">
        <w:tc>
          <w:tcPr>
            <w:tcW w:w="1566" w:type="dxa"/>
          </w:tcPr>
          <w:p w14:paraId="71ACD9E1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Monitoraggio</w:t>
            </w:r>
            <w:proofErr w:type="spellEnd"/>
          </w:p>
        </w:tc>
        <w:tc>
          <w:tcPr>
            <w:tcW w:w="810" w:type="dxa"/>
          </w:tcPr>
          <w:p w14:paraId="0F2F9317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MT02</w:t>
            </w:r>
          </w:p>
        </w:tc>
        <w:tc>
          <w:tcPr>
            <w:tcW w:w="1560" w:type="dxa"/>
          </w:tcPr>
          <w:p w14:paraId="2F2A80B2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Sistema </w:t>
            </w:r>
            <w:proofErr w:type="spellStart"/>
            <w:r w:rsidRPr="00546109">
              <w:rPr>
                <w:sz w:val="20"/>
                <w:szCs w:val="20"/>
              </w:rPr>
              <w:t>teleassistenza</w:t>
            </w:r>
            <w:proofErr w:type="spellEnd"/>
          </w:p>
        </w:tc>
        <w:tc>
          <w:tcPr>
            <w:tcW w:w="1275" w:type="dxa"/>
          </w:tcPr>
          <w:p w14:paraId="0C97EE01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Comunicazione</w:t>
            </w:r>
            <w:proofErr w:type="spellEnd"/>
            <w:r w:rsidRPr="00546109">
              <w:rPr>
                <w:sz w:val="20"/>
                <w:szCs w:val="20"/>
              </w:rPr>
              <w:t xml:space="preserve"> remota</w:t>
            </w:r>
          </w:p>
        </w:tc>
        <w:tc>
          <w:tcPr>
            <w:tcW w:w="1985" w:type="dxa"/>
          </w:tcPr>
          <w:p w14:paraId="3B925ED3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  <w:r w:rsidRPr="00546109">
              <w:rPr>
                <w:sz w:val="20"/>
                <w:szCs w:val="20"/>
                <w:lang w:val="it-IT"/>
              </w:rPr>
              <w:t>Monitoraggio remoto e comunicazione caregiver</w:t>
            </w:r>
          </w:p>
        </w:tc>
        <w:tc>
          <w:tcPr>
            <w:tcW w:w="1276" w:type="dxa"/>
          </w:tcPr>
          <w:p w14:paraId="794CA2E9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dxa"/>
          </w:tcPr>
          <w:p w14:paraId="0C12B1D2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443C6B6D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60" w:type="dxa"/>
          </w:tcPr>
          <w:p w14:paraId="5CF21FE5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5" w:type="dxa"/>
          </w:tcPr>
          <w:p w14:paraId="4FBE723A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</w:tr>
      <w:tr w:rsidR="00317DA4" w:rsidRPr="00546109" w14:paraId="1E51B54A" w14:textId="77777777" w:rsidTr="00317DA4">
        <w:tc>
          <w:tcPr>
            <w:tcW w:w="1566" w:type="dxa"/>
          </w:tcPr>
          <w:p w14:paraId="68F40308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Monitoraggio</w:t>
            </w:r>
            <w:proofErr w:type="spellEnd"/>
          </w:p>
        </w:tc>
        <w:tc>
          <w:tcPr>
            <w:tcW w:w="810" w:type="dxa"/>
          </w:tcPr>
          <w:p w14:paraId="74252D1C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MT03</w:t>
            </w:r>
          </w:p>
        </w:tc>
        <w:tc>
          <w:tcPr>
            <w:tcW w:w="1560" w:type="dxa"/>
          </w:tcPr>
          <w:p w14:paraId="514077E4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Tablet </w:t>
            </w:r>
            <w:proofErr w:type="spellStart"/>
            <w:r w:rsidRPr="00546109">
              <w:rPr>
                <w:sz w:val="20"/>
                <w:szCs w:val="20"/>
              </w:rPr>
              <w:t>semplificato</w:t>
            </w:r>
            <w:proofErr w:type="spellEnd"/>
          </w:p>
        </w:tc>
        <w:tc>
          <w:tcPr>
            <w:tcW w:w="1275" w:type="dxa"/>
          </w:tcPr>
          <w:p w14:paraId="3144553F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Videochiamate</w:t>
            </w:r>
            <w:proofErr w:type="spellEnd"/>
          </w:p>
        </w:tc>
        <w:tc>
          <w:tcPr>
            <w:tcW w:w="1985" w:type="dxa"/>
          </w:tcPr>
          <w:p w14:paraId="25872F8D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Comunicazione</w:t>
            </w:r>
            <w:proofErr w:type="spellEnd"/>
            <w:r w:rsidRPr="00546109">
              <w:rPr>
                <w:sz w:val="20"/>
                <w:szCs w:val="20"/>
              </w:rPr>
              <w:t xml:space="preserve"> e </w:t>
            </w:r>
            <w:proofErr w:type="spellStart"/>
            <w:r w:rsidRPr="00546109">
              <w:rPr>
                <w:sz w:val="20"/>
                <w:szCs w:val="20"/>
              </w:rPr>
              <w:t>riduzione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isolamento</w:t>
            </w:r>
            <w:proofErr w:type="spellEnd"/>
          </w:p>
        </w:tc>
        <w:tc>
          <w:tcPr>
            <w:tcW w:w="1276" w:type="dxa"/>
          </w:tcPr>
          <w:p w14:paraId="4E37E9A5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20B4C56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67C6094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C91BF5E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E675C6E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D20080" w14:paraId="30917126" w14:textId="77777777" w:rsidTr="00317DA4">
        <w:tc>
          <w:tcPr>
            <w:tcW w:w="1566" w:type="dxa"/>
          </w:tcPr>
          <w:p w14:paraId="3FA49CBE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Automazione</w:t>
            </w:r>
            <w:proofErr w:type="spellEnd"/>
          </w:p>
        </w:tc>
        <w:tc>
          <w:tcPr>
            <w:tcW w:w="810" w:type="dxa"/>
          </w:tcPr>
          <w:p w14:paraId="291DFC18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AD01</w:t>
            </w:r>
          </w:p>
        </w:tc>
        <w:tc>
          <w:tcPr>
            <w:tcW w:w="1560" w:type="dxa"/>
          </w:tcPr>
          <w:p w14:paraId="7E5CDABD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Presa smart</w:t>
            </w:r>
          </w:p>
        </w:tc>
        <w:tc>
          <w:tcPr>
            <w:tcW w:w="1275" w:type="dxa"/>
          </w:tcPr>
          <w:p w14:paraId="4B408370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Controllo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remoto</w:t>
            </w:r>
            <w:proofErr w:type="spellEnd"/>
          </w:p>
        </w:tc>
        <w:tc>
          <w:tcPr>
            <w:tcW w:w="1985" w:type="dxa"/>
          </w:tcPr>
          <w:p w14:paraId="04FF466B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  <w:r w:rsidRPr="00546109">
              <w:rPr>
                <w:sz w:val="20"/>
                <w:szCs w:val="20"/>
                <w:lang w:val="it-IT"/>
              </w:rPr>
              <w:t>Controllo dispositivi per utenti con difficoltà</w:t>
            </w:r>
          </w:p>
        </w:tc>
        <w:tc>
          <w:tcPr>
            <w:tcW w:w="1276" w:type="dxa"/>
          </w:tcPr>
          <w:p w14:paraId="503D2B78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dxa"/>
          </w:tcPr>
          <w:p w14:paraId="55B98810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49A5B61D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60" w:type="dxa"/>
          </w:tcPr>
          <w:p w14:paraId="75484A61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5" w:type="dxa"/>
          </w:tcPr>
          <w:p w14:paraId="715A4EE4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</w:tr>
      <w:tr w:rsidR="00317DA4" w:rsidRPr="00546109" w14:paraId="31FD178C" w14:textId="77777777" w:rsidTr="00317DA4">
        <w:tc>
          <w:tcPr>
            <w:tcW w:w="1566" w:type="dxa"/>
          </w:tcPr>
          <w:p w14:paraId="56AE7D12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Automazione</w:t>
            </w:r>
            <w:proofErr w:type="spellEnd"/>
          </w:p>
        </w:tc>
        <w:tc>
          <w:tcPr>
            <w:tcW w:w="810" w:type="dxa"/>
          </w:tcPr>
          <w:p w14:paraId="7F00F334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AD02</w:t>
            </w:r>
          </w:p>
        </w:tc>
        <w:tc>
          <w:tcPr>
            <w:tcW w:w="1560" w:type="dxa"/>
          </w:tcPr>
          <w:p w14:paraId="627EFFA9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Interruttore</w:t>
            </w:r>
            <w:proofErr w:type="spellEnd"/>
            <w:r w:rsidRPr="00546109">
              <w:rPr>
                <w:sz w:val="20"/>
                <w:szCs w:val="20"/>
              </w:rPr>
              <w:t xml:space="preserve"> smart</w:t>
            </w:r>
          </w:p>
        </w:tc>
        <w:tc>
          <w:tcPr>
            <w:tcW w:w="1275" w:type="dxa"/>
          </w:tcPr>
          <w:p w14:paraId="3D22D448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Gestione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luci</w:t>
            </w:r>
            <w:proofErr w:type="spellEnd"/>
          </w:p>
        </w:tc>
        <w:tc>
          <w:tcPr>
            <w:tcW w:w="1985" w:type="dxa"/>
          </w:tcPr>
          <w:p w14:paraId="7C36987B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Gestione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luci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facilitata</w:t>
            </w:r>
            <w:proofErr w:type="spellEnd"/>
          </w:p>
        </w:tc>
        <w:tc>
          <w:tcPr>
            <w:tcW w:w="1276" w:type="dxa"/>
          </w:tcPr>
          <w:p w14:paraId="5584AE14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E1717CB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6F8C17B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0235365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642F6A5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546109" w14:paraId="37A7F657" w14:textId="77777777" w:rsidTr="00317DA4">
        <w:tc>
          <w:tcPr>
            <w:tcW w:w="1566" w:type="dxa"/>
          </w:tcPr>
          <w:p w14:paraId="557D2488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Accessibilità</w:t>
            </w:r>
            <w:proofErr w:type="spellEnd"/>
          </w:p>
        </w:tc>
        <w:tc>
          <w:tcPr>
            <w:tcW w:w="810" w:type="dxa"/>
          </w:tcPr>
          <w:p w14:paraId="3CEF6AF8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AF01</w:t>
            </w:r>
          </w:p>
        </w:tc>
        <w:tc>
          <w:tcPr>
            <w:tcW w:w="1560" w:type="dxa"/>
          </w:tcPr>
          <w:p w14:paraId="47E785B5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Serratura</w:t>
            </w:r>
            <w:proofErr w:type="spellEnd"/>
            <w:r w:rsidRPr="00546109">
              <w:rPr>
                <w:sz w:val="20"/>
                <w:szCs w:val="20"/>
              </w:rPr>
              <w:t xml:space="preserve"> smart</w:t>
            </w:r>
          </w:p>
        </w:tc>
        <w:tc>
          <w:tcPr>
            <w:tcW w:w="1275" w:type="dxa"/>
          </w:tcPr>
          <w:p w14:paraId="180153E3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Accesso </w:t>
            </w:r>
            <w:proofErr w:type="spellStart"/>
            <w:r w:rsidRPr="00546109">
              <w:rPr>
                <w:sz w:val="20"/>
                <w:szCs w:val="20"/>
              </w:rPr>
              <w:t>facilitato</w:t>
            </w:r>
            <w:proofErr w:type="spellEnd"/>
          </w:p>
        </w:tc>
        <w:tc>
          <w:tcPr>
            <w:tcW w:w="1985" w:type="dxa"/>
          </w:tcPr>
          <w:p w14:paraId="05FBEADC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Accesso </w:t>
            </w:r>
            <w:proofErr w:type="spellStart"/>
            <w:r w:rsidRPr="00546109">
              <w:rPr>
                <w:sz w:val="20"/>
                <w:szCs w:val="20"/>
              </w:rPr>
              <w:t>facilitato</w:t>
            </w:r>
            <w:proofErr w:type="spellEnd"/>
            <w:r w:rsidRPr="00546109">
              <w:rPr>
                <w:sz w:val="20"/>
                <w:szCs w:val="20"/>
              </w:rPr>
              <w:t xml:space="preserve"> e </w:t>
            </w:r>
            <w:proofErr w:type="spellStart"/>
            <w:r w:rsidRPr="00546109">
              <w:rPr>
                <w:sz w:val="20"/>
                <w:szCs w:val="20"/>
              </w:rPr>
              <w:t>sicuro</w:t>
            </w:r>
            <w:proofErr w:type="spellEnd"/>
          </w:p>
        </w:tc>
        <w:tc>
          <w:tcPr>
            <w:tcW w:w="1276" w:type="dxa"/>
          </w:tcPr>
          <w:p w14:paraId="2C6DA0A9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4B949B7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34DAE8C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62E0C1F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F93E43F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546109" w14:paraId="75F67C5F" w14:textId="77777777" w:rsidTr="00317DA4">
        <w:tc>
          <w:tcPr>
            <w:tcW w:w="1566" w:type="dxa"/>
          </w:tcPr>
          <w:p w14:paraId="41A23CF3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lastRenderedPageBreak/>
              <w:t>Accessibilità</w:t>
            </w:r>
            <w:proofErr w:type="spellEnd"/>
          </w:p>
        </w:tc>
        <w:tc>
          <w:tcPr>
            <w:tcW w:w="810" w:type="dxa"/>
          </w:tcPr>
          <w:p w14:paraId="08090BD9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AF02</w:t>
            </w:r>
          </w:p>
        </w:tc>
        <w:tc>
          <w:tcPr>
            <w:tcW w:w="1560" w:type="dxa"/>
          </w:tcPr>
          <w:p w14:paraId="5E1847F1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Videocitofono</w:t>
            </w:r>
            <w:proofErr w:type="spellEnd"/>
            <w:r w:rsidRPr="00546109">
              <w:rPr>
                <w:sz w:val="20"/>
                <w:szCs w:val="20"/>
              </w:rPr>
              <w:t xml:space="preserve"> smart</w:t>
            </w:r>
          </w:p>
        </w:tc>
        <w:tc>
          <w:tcPr>
            <w:tcW w:w="1275" w:type="dxa"/>
          </w:tcPr>
          <w:p w14:paraId="648CC6A9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Controllo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accessi</w:t>
            </w:r>
            <w:proofErr w:type="spellEnd"/>
          </w:p>
        </w:tc>
        <w:tc>
          <w:tcPr>
            <w:tcW w:w="1985" w:type="dxa"/>
          </w:tcPr>
          <w:p w14:paraId="07AE20A2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Controllo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accessi</w:t>
            </w:r>
            <w:proofErr w:type="spellEnd"/>
            <w:r w:rsidRPr="00546109">
              <w:rPr>
                <w:sz w:val="20"/>
                <w:szCs w:val="20"/>
              </w:rPr>
              <w:t xml:space="preserve"> a </w:t>
            </w:r>
            <w:proofErr w:type="spellStart"/>
            <w:r w:rsidRPr="00546109">
              <w:rPr>
                <w:sz w:val="20"/>
                <w:szCs w:val="20"/>
              </w:rPr>
              <w:t>distanza</w:t>
            </w:r>
            <w:proofErr w:type="spellEnd"/>
          </w:p>
        </w:tc>
        <w:tc>
          <w:tcPr>
            <w:tcW w:w="1276" w:type="dxa"/>
          </w:tcPr>
          <w:p w14:paraId="3E269528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935031C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C5325F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52A413F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1160CD0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D20080" w14:paraId="1C153C58" w14:textId="77777777" w:rsidTr="00317DA4">
        <w:tc>
          <w:tcPr>
            <w:tcW w:w="1566" w:type="dxa"/>
          </w:tcPr>
          <w:p w14:paraId="0C0E4F9C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Supporto</w:t>
            </w:r>
            <w:proofErr w:type="spellEnd"/>
          </w:p>
        </w:tc>
        <w:tc>
          <w:tcPr>
            <w:tcW w:w="810" w:type="dxa"/>
          </w:tcPr>
          <w:p w14:paraId="1C10DA55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SV01</w:t>
            </w:r>
          </w:p>
        </w:tc>
        <w:tc>
          <w:tcPr>
            <w:tcW w:w="1560" w:type="dxa"/>
          </w:tcPr>
          <w:p w14:paraId="4D94AD5E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Dispenser </w:t>
            </w:r>
            <w:proofErr w:type="spellStart"/>
            <w:r w:rsidRPr="00546109">
              <w:rPr>
                <w:sz w:val="20"/>
                <w:szCs w:val="20"/>
              </w:rPr>
              <w:t>farmaci</w:t>
            </w:r>
            <w:proofErr w:type="spellEnd"/>
          </w:p>
        </w:tc>
        <w:tc>
          <w:tcPr>
            <w:tcW w:w="1275" w:type="dxa"/>
          </w:tcPr>
          <w:p w14:paraId="5BCBDBB8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Gestione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terapia</w:t>
            </w:r>
            <w:proofErr w:type="spellEnd"/>
          </w:p>
        </w:tc>
        <w:tc>
          <w:tcPr>
            <w:tcW w:w="1985" w:type="dxa"/>
          </w:tcPr>
          <w:p w14:paraId="36B90340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  <w:r w:rsidRPr="00546109">
              <w:rPr>
                <w:sz w:val="20"/>
                <w:szCs w:val="20"/>
                <w:lang w:val="it-IT"/>
              </w:rPr>
              <w:t>Gestione terapia e aderenza farmacologica</w:t>
            </w:r>
          </w:p>
        </w:tc>
        <w:tc>
          <w:tcPr>
            <w:tcW w:w="1276" w:type="dxa"/>
          </w:tcPr>
          <w:p w14:paraId="72BE8D2E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dxa"/>
          </w:tcPr>
          <w:p w14:paraId="133B233C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5EC382A5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60" w:type="dxa"/>
          </w:tcPr>
          <w:p w14:paraId="0D77E995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5" w:type="dxa"/>
          </w:tcPr>
          <w:p w14:paraId="4C48B359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</w:tr>
      <w:tr w:rsidR="00317DA4" w:rsidRPr="00546109" w14:paraId="3A426179" w14:textId="77777777" w:rsidTr="00317DA4">
        <w:tc>
          <w:tcPr>
            <w:tcW w:w="1566" w:type="dxa"/>
          </w:tcPr>
          <w:p w14:paraId="75B8BBBB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Supporto</w:t>
            </w:r>
            <w:proofErr w:type="spellEnd"/>
          </w:p>
        </w:tc>
        <w:tc>
          <w:tcPr>
            <w:tcW w:w="810" w:type="dxa"/>
          </w:tcPr>
          <w:p w14:paraId="4B06E4E0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SV02</w:t>
            </w:r>
          </w:p>
        </w:tc>
        <w:tc>
          <w:tcPr>
            <w:tcW w:w="1560" w:type="dxa"/>
          </w:tcPr>
          <w:p w14:paraId="62874D99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Promemoria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vocale</w:t>
            </w:r>
            <w:proofErr w:type="spellEnd"/>
          </w:p>
        </w:tc>
        <w:tc>
          <w:tcPr>
            <w:tcW w:w="1275" w:type="dxa"/>
          </w:tcPr>
          <w:p w14:paraId="7BB8D9D2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Reminder</w:t>
            </w:r>
          </w:p>
        </w:tc>
        <w:tc>
          <w:tcPr>
            <w:tcW w:w="1985" w:type="dxa"/>
          </w:tcPr>
          <w:p w14:paraId="7D893510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Supporto</w:t>
            </w:r>
            <w:proofErr w:type="spellEnd"/>
            <w:r w:rsidRPr="00546109">
              <w:rPr>
                <w:sz w:val="20"/>
                <w:szCs w:val="20"/>
              </w:rPr>
              <w:t xml:space="preserve"> memoria attività </w:t>
            </w:r>
            <w:proofErr w:type="spellStart"/>
            <w:r w:rsidRPr="00546109">
              <w:rPr>
                <w:sz w:val="20"/>
                <w:szCs w:val="20"/>
              </w:rPr>
              <w:t>quotidiane</w:t>
            </w:r>
            <w:proofErr w:type="spellEnd"/>
          </w:p>
        </w:tc>
        <w:tc>
          <w:tcPr>
            <w:tcW w:w="1276" w:type="dxa"/>
          </w:tcPr>
          <w:p w14:paraId="13C596AF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E327265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05B56B9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1B1ABC5E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BB92EB9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546109" w14:paraId="2D9CEC86" w14:textId="77777777" w:rsidTr="00317DA4">
        <w:tc>
          <w:tcPr>
            <w:tcW w:w="1566" w:type="dxa"/>
          </w:tcPr>
          <w:p w14:paraId="1FA238F3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Controllo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accessi</w:t>
            </w:r>
            <w:proofErr w:type="spellEnd"/>
          </w:p>
        </w:tc>
        <w:tc>
          <w:tcPr>
            <w:tcW w:w="810" w:type="dxa"/>
          </w:tcPr>
          <w:p w14:paraId="2D6F7B86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CA01</w:t>
            </w:r>
          </w:p>
        </w:tc>
        <w:tc>
          <w:tcPr>
            <w:tcW w:w="1560" w:type="dxa"/>
          </w:tcPr>
          <w:p w14:paraId="28E294D4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Sensori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intrusione</w:t>
            </w:r>
            <w:proofErr w:type="spellEnd"/>
          </w:p>
        </w:tc>
        <w:tc>
          <w:tcPr>
            <w:tcW w:w="1275" w:type="dxa"/>
          </w:tcPr>
          <w:p w14:paraId="177457FE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Sicurezza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ingresso</w:t>
            </w:r>
            <w:proofErr w:type="spellEnd"/>
          </w:p>
        </w:tc>
        <w:tc>
          <w:tcPr>
            <w:tcW w:w="1985" w:type="dxa"/>
          </w:tcPr>
          <w:p w14:paraId="65606FFB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Sicurezza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personale</w:t>
            </w:r>
            <w:proofErr w:type="spellEnd"/>
            <w:r w:rsidRPr="00546109">
              <w:rPr>
                <w:sz w:val="20"/>
                <w:szCs w:val="20"/>
              </w:rPr>
              <w:t xml:space="preserve"> e </w:t>
            </w:r>
            <w:proofErr w:type="spellStart"/>
            <w:r w:rsidRPr="00546109">
              <w:rPr>
                <w:sz w:val="20"/>
                <w:szCs w:val="20"/>
              </w:rPr>
              <w:t>abitativa</w:t>
            </w:r>
            <w:proofErr w:type="spellEnd"/>
          </w:p>
        </w:tc>
        <w:tc>
          <w:tcPr>
            <w:tcW w:w="1276" w:type="dxa"/>
          </w:tcPr>
          <w:p w14:paraId="3FB4DFAD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8F5D47B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9E523FD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6A26851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F88C93D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546109" w14:paraId="159E0B28" w14:textId="77777777" w:rsidTr="00317DA4">
        <w:tc>
          <w:tcPr>
            <w:tcW w:w="1566" w:type="dxa"/>
          </w:tcPr>
          <w:p w14:paraId="782A8F77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Infrastruttura</w:t>
            </w:r>
            <w:proofErr w:type="spellEnd"/>
          </w:p>
        </w:tc>
        <w:tc>
          <w:tcPr>
            <w:tcW w:w="810" w:type="dxa"/>
          </w:tcPr>
          <w:p w14:paraId="13CED0AE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CI01</w:t>
            </w:r>
          </w:p>
        </w:tc>
        <w:tc>
          <w:tcPr>
            <w:tcW w:w="1560" w:type="dxa"/>
          </w:tcPr>
          <w:p w14:paraId="00284DD9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Modulo </w:t>
            </w:r>
            <w:proofErr w:type="spellStart"/>
            <w:r w:rsidRPr="00546109">
              <w:rPr>
                <w:sz w:val="20"/>
                <w:szCs w:val="20"/>
              </w:rPr>
              <w:t>comunicazione</w:t>
            </w:r>
            <w:proofErr w:type="spellEnd"/>
          </w:p>
        </w:tc>
        <w:tc>
          <w:tcPr>
            <w:tcW w:w="1275" w:type="dxa"/>
          </w:tcPr>
          <w:p w14:paraId="253F3EDF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WiFi</w:t>
            </w:r>
            <w:proofErr w:type="spellEnd"/>
            <w:r w:rsidRPr="00546109">
              <w:rPr>
                <w:sz w:val="20"/>
                <w:szCs w:val="20"/>
              </w:rPr>
              <w:t>/LTE</w:t>
            </w:r>
          </w:p>
        </w:tc>
        <w:tc>
          <w:tcPr>
            <w:tcW w:w="1985" w:type="dxa"/>
          </w:tcPr>
          <w:p w14:paraId="065BBDF8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Connettività</w:t>
            </w:r>
            <w:proofErr w:type="spellEnd"/>
            <w:r w:rsidRPr="00546109">
              <w:rPr>
                <w:sz w:val="20"/>
                <w:szCs w:val="20"/>
              </w:rPr>
              <w:t xml:space="preserve"> per </w:t>
            </w:r>
            <w:proofErr w:type="spellStart"/>
            <w:r w:rsidRPr="00546109">
              <w:rPr>
                <w:sz w:val="20"/>
                <w:szCs w:val="20"/>
              </w:rPr>
              <w:t>sistemi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domotici</w:t>
            </w:r>
            <w:proofErr w:type="spellEnd"/>
          </w:p>
        </w:tc>
        <w:tc>
          <w:tcPr>
            <w:tcW w:w="1276" w:type="dxa"/>
          </w:tcPr>
          <w:p w14:paraId="08938380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E288604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3AA09FE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D4E1423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7676BC4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  <w:tr w:rsidR="00317DA4" w:rsidRPr="00D20080" w14:paraId="0F27F414" w14:textId="77777777" w:rsidTr="00317DA4">
        <w:tc>
          <w:tcPr>
            <w:tcW w:w="1566" w:type="dxa"/>
          </w:tcPr>
          <w:p w14:paraId="6B1EC5E9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Videosorveglianza</w:t>
            </w:r>
            <w:proofErr w:type="spellEnd"/>
          </w:p>
        </w:tc>
        <w:tc>
          <w:tcPr>
            <w:tcW w:w="810" w:type="dxa"/>
          </w:tcPr>
          <w:p w14:paraId="169B6752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VS01</w:t>
            </w:r>
          </w:p>
        </w:tc>
        <w:tc>
          <w:tcPr>
            <w:tcW w:w="1560" w:type="dxa"/>
          </w:tcPr>
          <w:p w14:paraId="62D76903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Telecamera smart</w:t>
            </w:r>
          </w:p>
        </w:tc>
        <w:tc>
          <w:tcPr>
            <w:tcW w:w="1275" w:type="dxa"/>
          </w:tcPr>
          <w:p w14:paraId="7CE48914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Telecamera IP interna Full HD</w:t>
            </w:r>
          </w:p>
        </w:tc>
        <w:tc>
          <w:tcPr>
            <w:tcW w:w="1985" w:type="dxa"/>
          </w:tcPr>
          <w:p w14:paraId="666BC12B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  <w:r w:rsidRPr="00546109">
              <w:rPr>
                <w:sz w:val="20"/>
                <w:szCs w:val="20"/>
                <w:lang w:val="it-IT"/>
              </w:rPr>
              <w:t>Monitoraggio a distanza utenti fragili</w:t>
            </w:r>
          </w:p>
        </w:tc>
        <w:tc>
          <w:tcPr>
            <w:tcW w:w="1276" w:type="dxa"/>
          </w:tcPr>
          <w:p w14:paraId="4EDE8708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dxa"/>
          </w:tcPr>
          <w:p w14:paraId="49EF13C6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</w:tcPr>
          <w:p w14:paraId="73D672E9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560" w:type="dxa"/>
          </w:tcPr>
          <w:p w14:paraId="050348A3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5" w:type="dxa"/>
          </w:tcPr>
          <w:p w14:paraId="6A064F95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</w:p>
        </w:tc>
      </w:tr>
      <w:tr w:rsidR="00317DA4" w:rsidRPr="00546109" w14:paraId="2752ED4C" w14:textId="77777777" w:rsidTr="00317DA4">
        <w:tc>
          <w:tcPr>
            <w:tcW w:w="1566" w:type="dxa"/>
          </w:tcPr>
          <w:p w14:paraId="0ACB5ACB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Videosorveglianza</w:t>
            </w:r>
            <w:proofErr w:type="spellEnd"/>
          </w:p>
        </w:tc>
        <w:tc>
          <w:tcPr>
            <w:tcW w:w="810" w:type="dxa"/>
          </w:tcPr>
          <w:p w14:paraId="3666C1B6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>VS02</w:t>
            </w:r>
          </w:p>
        </w:tc>
        <w:tc>
          <w:tcPr>
            <w:tcW w:w="1560" w:type="dxa"/>
          </w:tcPr>
          <w:p w14:paraId="1F224427" w14:textId="77777777" w:rsidR="00317DA4" w:rsidRPr="00546109" w:rsidRDefault="00317DA4">
            <w:pPr>
              <w:rPr>
                <w:sz w:val="20"/>
                <w:szCs w:val="20"/>
              </w:rPr>
            </w:pPr>
            <w:r w:rsidRPr="00546109">
              <w:rPr>
                <w:sz w:val="20"/>
                <w:szCs w:val="20"/>
              </w:rPr>
              <w:t xml:space="preserve">Sistema </w:t>
            </w:r>
            <w:proofErr w:type="spellStart"/>
            <w:r w:rsidRPr="00546109">
              <w:rPr>
                <w:sz w:val="20"/>
                <w:szCs w:val="20"/>
              </w:rPr>
              <w:t>videosorveglianza</w:t>
            </w:r>
            <w:proofErr w:type="spellEnd"/>
          </w:p>
        </w:tc>
        <w:tc>
          <w:tcPr>
            <w:tcW w:w="1275" w:type="dxa"/>
          </w:tcPr>
          <w:p w14:paraId="009D4844" w14:textId="77777777" w:rsidR="00317DA4" w:rsidRPr="00546109" w:rsidRDefault="00317DA4">
            <w:pPr>
              <w:rPr>
                <w:sz w:val="20"/>
                <w:szCs w:val="20"/>
                <w:lang w:val="it-IT"/>
              </w:rPr>
            </w:pPr>
            <w:r w:rsidRPr="00546109">
              <w:rPr>
                <w:sz w:val="20"/>
                <w:szCs w:val="20"/>
                <w:lang w:val="it-IT"/>
              </w:rPr>
              <w:t>Kit TVCC WiFi con NVR</w:t>
            </w:r>
          </w:p>
        </w:tc>
        <w:tc>
          <w:tcPr>
            <w:tcW w:w="1985" w:type="dxa"/>
          </w:tcPr>
          <w:p w14:paraId="2CE9FFBE" w14:textId="77777777" w:rsidR="00317DA4" w:rsidRPr="00546109" w:rsidRDefault="00317DA4">
            <w:pPr>
              <w:rPr>
                <w:sz w:val="20"/>
                <w:szCs w:val="20"/>
              </w:rPr>
            </w:pPr>
            <w:proofErr w:type="spellStart"/>
            <w:r w:rsidRPr="00546109">
              <w:rPr>
                <w:sz w:val="20"/>
                <w:szCs w:val="20"/>
              </w:rPr>
              <w:t>Supervisione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ambienti</w:t>
            </w:r>
            <w:proofErr w:type="spellEnd"/>
            <w:r w:rsidRPr="00546109">
              <w:rPr>
                <w:sz w:val="20"/>
                <w:szCs w:val="20"/>
              </w:rPr>
              <w:t xml:space="preserve"> </w:t>
            </w:r>
            <w:proofErr w:type="spellStart"/>
            <w:r w:rsidRPr="00546109">
              <w:rPr>
                <w:sz w:val="20"/>
                <w:szCs w:val="20"/>
              </w:rPr>
              <w:t>domestici</w:t>
            </w:r>
            <w:proofErr w:type="spellEnd"/>
          </w:p>
        </w:tc>
        <w:tc>
          <w:tcPr>
            <w:tcW w:w="1276" w:type="dxa"/>
          </w:tcPr>
          <w:p w14:paraId="2804E7DB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F3F74A4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06AA2FD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35FB992E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0304850" w14:textId="77777777" w:rsidR="00317DA4" w:rsidRPr="00546109" w:rsidRDefault="00317DA4">
            <w:pPr>
              <w:rPr>
                <w:sz w:val="20"/>
                <w:szCs w:val="20"/>
              </w:rPr>
            </w:pPr>
          </w:p>
        </w:tc>
      </w:tr>
    </w:tbl>
    <w:p w14:paraId="336633FC" w14:textId="77777777" w:rsidR="002D0011" w:rsidRDefault="002D0011">
      <w:pPr>
        <w:rPr>
          <w:sz w:val="20"/>
          <w:szCs w:val="20"/>
        </w:rPr>
      </w:pPr>
    </w:p>
    <w:p w14:paraId="72E506F0" w14:textId="77777777" w:rsidR="005B6153" w:rsidRDefault="005B6153">
      <w:pPr>
        <w:rPr>
          <w:i/>
          <w:iCs/>
          <w:sz w:val="20"/>
          <w:szCs w:val="20"/>
          <w:lang w:val="it-IT"/>
        </w:rPr>
      </w:pPr>
      <w:r w:rsidRPr="005B6153">
        <w:rPr>
          <w:i/>
          <w:iCs/>
          <w:sz w:val="20"/>
          <w:szCs w:val="20"/>
          <w:lang w:val="it-IT"/>
        </w:rPr>
        <w:t>N.B. Specificare la tipologia di garanzia e assistenza sul prodotto</w:t>
      </w:r>
    </w:p>
    <w:p w14:paraId="57480E76" w14:textId="77777777" w:rsidR="00BD1A92" w:rsidRDefault="00BD1A92">
      <w:pPr>
        <w:rPr>
          <w:sz w:val="20"/>
          <w:szCs w:val="20"/>
          <w:lang w:val="it-IT"/>
        </w:rPr>
      </w:pPr>
    </w:p>
    <w:p w14:paraId="025FA6A7" w14:textId="77777777" w:rsidR="00BD1A92" w:rsidRDefault="00BD1A92">
      <w:pPr>
        <w:rPr>
          <w:sz w:val="20"/>
          <w:szCs w:val="20"/>
          <w:lang w:val="it-IT"/>
        </w:rPr>
      </w:pPr>
    </w:p>
    <w:p w14:paraId="2A8909B8" w14:textId="77777777" w:rsidR="00BD1A92" w:rsidRDefault="00BD1A92">
      <w:pPr>
        <w:rPr>
          <w:sz w:val="20"/>
          <w:szCs w:val="20"/>
          <w:lang w:val="it-IT"/>
        </w:rPr>
      </w:pPr>
    </w:p>
    <w:p w14:paraId="6646A266" w14:textId="77777777" w:rsidR="000539C7" w:rsidRPr="00BD1A92" w:rsidRDefault="00BD1A92">
      <w:pPr>
        <w:rPr>
          <w:b/>
          <w:bCs/>
          <w:sz w:val="24"/>
          <w:szCs w:val="24"/>
          <w:lang w:val="it-IT"/>
        </w:rPr>
      </w:pPr>
      <w:r w:rsidRPr="00BD1A92">
        <w:rPr>
          <w:b/>
          <w:bCs/>
          <w:sz w:val="24"/>
          <w:szCs w:val="24"/>
          <w:lang w:val="it-IT"/>
        </w:rPr>
        <w:lastRenderedPageBreak/>
        <w:t>Elenco Servizi</w:t>
      </w:r>
      <w:r w:rsidR="00D20080">
        <w:rPr>
          <w:b/>
          <w:bCs/>
          <w:sz w:val="24"/>
          <w:szCs w:val="24"/>
          <w:lang w:val="it-IT"/>
        </w:rPr>
        <w:t xml:space="preserve"> – Tipologia Forfettaria</w:t>
      </w: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560"/>
        <w:gridCol w:w="1417"/>
        <w:gridCol w:w="1843"/>
        <w:gridCol w:w="1417"/>
        <w:gridCol w:w="1134"/>
        <w:gridCol w:w="3261"/>
      </w:tblGrid>
      <w:tr w:rsidR="00BD1A92" w:rsidRPr="0063031B" w14:paraId="4FD54EDF" w14:textId="77777777" w:rsidTr="00BD1A92">
        <w:tc>
          <w:tcPr>
            <w:tcW w:w="1526" w:type="dxa"/>
          </w:tcPr>
          <w:p w14:paraId="3ED109A2" w14:textId="77777777" w:rsidR="00BD1A92" w:rsidRPr="0063031B" w:rsidRDefault="00BD1A92" w:rsidP="00012C1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Categoria</w:t>
            </w:r>
            <w:proofErr w:type="spellEnd"/>
          </w:p>
        </w:tc>
        <w:tc>
          <w:tcPr>
            <w:tcW w:w="850" w:type="dxa"/>
          </w:tcPr>
          <w:p w14:paraId="746B58E0" w14:textId="77777777" w:rsidR="00BD1A92" w:rsidRPr="0063031B" w:rsidRDefault="00BD1A92" w:rsidP="00012C1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Codice</w:t>
            </w:r>
            <w:proofErr w:type="spellEnd"/>
          </w:p>
        </w:tc>
        <w:tc>
          <w:tcPr>
            <w:tcW w:w="1560" w:type="dxa"/>
          </w:tcPr>
          <w:p w14:paraId="553D7F16" w14:textId="77777777" w:rsidR="00BD1A92" w:rsidRPr="0063031B" w:rsidRDefault="00BD1A92" w:rsidP="00012C1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Dispositivo</w:t>
            </w:r>
            <w:proofErr w:type="spellEnd"/>
          </w:p>
        </w:tc>
        <w:tc>
          <w:tcPr>
            <w:tcW w:w="1417" w:type="dxa"/>
          </w:tcPr>
          <w:p w14:paraId="3341569E" w14:textId="77777777" w:rsidR="00BD1A92" w:rsidRPr="0063031B" w:rsidRDefault="00BD1A92" w:rsidP="00012C1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Finalità</w:t>
            </w:r>
            <w:proofErr w:type="spellEnd"/>
          </w:p>
        </w:tc>
        <w:tc>
          <w:tcPr>
            <w:tcW w:w="1843" w:type="dxa"/>
          </w:tcPr>
          <w:p w14:paraId="6CA4CD41" w14:textId="77777777" w:rsidR="00BD1A92" w:rsidRPr="0063031B" w:rsidRDefault="00BD1A92" w:rsidP="00012C14">
            <w:pPr>
              <w:jc w:val="center"/>
              <w:rPr>
                <w:b/>
                <w:bCs/>
                <w:sz w:val="18"/>
                <w:szCs w:val="18"/>
              </w:rPr>
            </w:pPr>
            <w:r w:rsidRPr="0063031B">
              <w:rPr>
                <w:b/>
                <w:bCs/>
                <w:sz w:val="18"/>
                <w:szCs w:val="18"/>
              </w:rPr>
              <w:t xml:space="preserve">Bisogno </w:t>
            </w:r>
            <w:proofErr w:type="spellStart"/>
            <w:r w:rsidRPr="0063031B">
              <w:rPr>
                <w:b/>
                <w:bCs/>
                <w:sz w:val="18"/>
                <w:szCs w:val="18"/>
              </w:rPr>
              <w:t>funzionale</w:t>
            </w:r>
            <w:proofErr w:type="spellEnd"/>
            <w:r w:rsidRPr="0063031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3031B">
              <w:rPr>
                <w:b/>
                <w:bCs/>
                <w:sz w:val="18"/>
                <w:szCs w:val="18"/>
              </w:rPr>
              <w:t>rilevato</w:t>
            </w:r>
            <w:proofErr w:type="spellEnd"/>
          </w:p>
        </w:tc>
        <w:tc>
          <w:tcPr>
            <w:tcW w:w="1417" w:type="dxa"/>
          </w:tcPr>
          <w:p w14:paraId="096318FF" w14:textId="77777777" w:rsidR="00BD1A92" w:rsidRPr="0063031B" w:rsidRDefault="00BD1A92" w:rsidP="00012C14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031B">
              <w:rPr>
                <w:b/>
                <w:bCs/>
                <w:sz w:val="18"/>
                <w:szCs w:val="18"/>
              </w:rPr>
              <w:t>Descrizione</w:t>
            </w:r>
            <w:proofErr w:type="spellEnd"/>
          </w:p>
        </w:tc>
        <w:tc>
          <w:tcPr>
            <w:tcW w:w="1134" w:type="dxa"/>
          </w:tcPr>
          <w:p w14:paraId="39C2B525" w14:textId="77777777" w:rsidR="00BD1A92" w:rsidRPr="0063031B" w:rsidRDefault="00BD1A92" w:rsidP="00012C1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Costo</w:t>
            </w:r>
          </w:p>
        </w:tc>
        <w:tc>
          <w:tcPr>
            <w:tcW w:w="3261" w:type="dxa"/>
          </w:tcPr>
          <w:p w14:paraId="7DAC235B" w14:textId="77777777" w:rsidR="00BD1A92" w:rsidRPr="0063031B" w:rsidRDefault="00BD1A92" w:rsidP="00012C14">
            <w:pPr>
              <w:jc w:val="center"/>
              <w:rPr>
                <w:b/>
                <w:bCs/>
                <w:sz w:val="18"/>
                <w:szCs w:val="18"/>
              </w:rPr>
            </w:pPr>
            <w:r w:rsidRPr="0063031B">
              <w:rPr>
                <w:b/>
                <w:bCs/>
                <w:sz w:val="18"/>
                <w:szCs w:val="18"/>
              </w:rPr>
              <w:t>Note</w:t>
            </w:r>
          </w:p>
        </w:tc>
      </w:tr>
      <w:tr w:rsidR="00BD1A92" w:rsidRPr="00D20080" w14:paraId="22DFACEE" w14:textId="77777777" w:rsidTr="00BD1A92">
        <w:tc>
          <w:tcPr>
            <w:tcW w:w="1526" w:type="dxa"/>
            <w:hideMark/>
          </w:tcPr>
          <w:p w14:paraId="453FA1BF" w14:textId="77777777" w:rsidR="00BD1A92" w:rsidRDefault="00BD1A92">
            <w:r>
              <w:t>Servizi</w:t>
            </w:r>
          </w:p>
        </w:tc>
        <w:tc>
          <w:tcPr>
            <w:tcW w:w="850" w:type="dxa"/>
            <w:hideMark/>
          </w:tcPr>
          <w:p w14:paraId="352CE2F8" w14:textId="77777777" w:rsidR="00BD1A92" w:rsidRDefault="00BD1A92">
            <w:r>
              <w:t>SVR01</w:t>
            </w:r>
          </w:p>
        </w:tc>
        <w:tc>
          <w:tcPr>
            <w:tcW w:w="1560" w:type="dxa"/>
            <w:hideMark/>
          </w:tcPr>
          <w:p w14:paraId="160C21FB" w14:textId="77777777" w:rsidR="00BD1A92" w:rsidRDefault="00BD1A92">
            <w:r>
              <w:t xml:space="preserve">Sopralluogo </w:t>
            </w:r>
            <w:proofErr w:type="spellStart"/>
            <w:r>
              <w:t>tecnico</w:t>
            </w:r>
            <w:proofErr w:type="spellEnd"/>
          </w:p>
        </w:tc>
        <w:tc>
          <w:tcPr>
            <w:tcW w:w="1417" w:type="dxa"/>
            <w:hideMark/>
          </w:tcPr>
          <w:p w14:paraId="6A806483" w14:textId="77777777" w:rsidR="00BD1A92" w:rsidRDefault="00BD1A92">
            <w:proofErr w:type="spellStart"/>
            <w:r>
              <w:t>Valutazione</w:t>
            </w:r>
            <w:proofErr w:type="spellEnd"/>
            <w:r>
              <w:t xml:space="preserve"> </w:t>
            </w:r>
            <w:proofErr w:type="spellStart"/>
            <w:r>
              <w:t>iniziale</w:t>
            </w:r>
            <w:proofErr w:type="spellEnd"/>
          </w:p>
        </w:tc>
        <w:tc>
          <w:tcPr>
            <w:tcW w:w="1843" w:type="dxa"/>
            <w:hideMark/>
          </w:tcPr>
          <w:p w14:paraId="5A9CD69F" w14:textId="77777777" w:rsidR="00BD1A92" w:rsidRDefault="00BD1A92">
            <w:proofErr w:type="spellStart"/>
            <w:r>
              <w:t>Servizio</w:t>
            </w:r>
            <w:proofErr w:type="spellEnd"/>
          </w:p>
        </w:tc>
        <w:tc>
          <w:tcPr>
            <w:tcW w:w="1417" w:type="dxa"/>
            <w:hideMark/>
          </w:tcPr>
          <w:p w14:paraId="4DE27438" w14:textId="77777777" w:rsidR="00BD1A92" w:rsidRPr="000539C7" w:rsidRDefault="00BD1A92">
            <w:pPr>
              <w:rPr>
                <w:lang w:val="it-IT"/>
              </w:rPr>
            </w:pPr>
            <w:r w:rsidRPr="000539C7">
              <w:rPr>
                <w:lang w:val="it-IT"/>
              </w:rPr>
              <w:t>Analisi Preliminare, Costo Viaggio, ore viaggio, ore lavoro</w:t>
            </w:r>
          </w:p>
        </w:tc>
        <w:tc>
          <w:tcPr>
            <w:tcW w:w="1134" w:type="dxa"/>
          </w:tcPr>
          <w:p w14:paraId="039155C0" w14:textId="77777777" w:rsidR="00BD1A92" w:rsidRPr="000539C7" w:rsidRDefault="00BD1A92">
            <w:pPr>
              <w:rPr>
                <w:lang w:val="it-IT"/>
              </w:rPr>
            </w:pPr>
          </w:p>
        </w:tc>
        <w:tc>
          <w:tcPr>
            <w:tcW w:w="3261" w:type="dxa"/>
          </w:tcPr>
          <w:p w14:paraId="79934C36" w14:textId="77777777" w:rsidR="00BD1A92" w:rsidRPr="000539C7" w:rsidRDefault="00BD1A92">
            <w:pPr>
              <w:rPr>
                <w:lang w:val="it-IT"/>
              </w:rPr>
            </w:pPr>
          </w:p>
        </w:tc>
      </w:tr>
      <w:tr w:rsidR="00BD1A92" w:rsidRPr="00D20080" w14:paraId="484407FA" w14:textId="77777777" w:rsidTr="00BD1A92">
        <w:tc>
          <w:tcPr>
            <w:tcW w:w="1526" w:type="dxa"/>
            <w:hideMark/>
          </w:tcPr>
          <w:p w14:paraId="79F9DCEE" w14:textId="77777777" w:rsidR="00BD1A92" w:rsidRDefault="00BD1A92">
            <w:r>
              <w:t>Servizi</w:t>
            </w:r>
          </w:p>
        </w:tc>
        <w:tc>
          <w:tcPr>
            <w:tcW w:w="850" w:type="dxa"/>
            <w:hideMark/>
          </w:tcPr>
          <w:p w14:paraId="019D98B1" w14:textId="77777777" w:rsidR="00BD1A92" w:rsidRDefault="00BD1A92">
            <w:r>
              <w:t>SVR02</w:t>
            </w:r>
          </w:p>
        </w:tc>
        <w:tc>
          <w:tcPr>
            <w:tcW w:w="1560" w:type="dxa"/>
            <w:hideMark/>
          </w:tcPr>
          <w:p w14:paraId="15F76617" w14:textId="77777777" w:rsidR="00BD1A92" w:rsidRDefault="00AC3778">
            <w:proofErr w:type="spellStart"/>
            <w:r>
              <w:t>Personalizzazione</w:t>
            </w:r>
            <w:proofErr w:type="spellEnd"/>
            <w:r>
              <w:t xml:space="preserve"> </w:t>
            </w:r>
            <w:proofErr w:type="spellStart"/>
            <w:r>
              <w:t>dell’intervento</w:t>
            </w:r>
            <w:proofErr w:type="spellEnd"/>
          </w:p>
        </w:tc>
        <w:tc>
          <w:tcPr>
            <w:tcW w:w="1417" w:type="dxa"/>
            <w:hideMark/>
          </w:tcPr>
          <w:p w14:paraId="4F144524" w14:textId="77777777" w:rsidR="00BD1A92" w:rsidRDefault="00BD1A92">
            <w:proofErr w:type="spellStart"/>
            <w:r>
              <w:t>Definizione</w:t>
            </w:r>
            <w:proofErr w:type="spellEnd"/>
            <w:r>
              <w:t xml:space="preserve"> </w:t>
            </w:r>
            <w:proofErr w:type="spellStart"/>
            <w:r>
              <w:t>intervento</w:t>
            </w:r>
            <w:proofErr w:type="spellEnd"/>
          </w:p>
        </w:tc>
        <w:tc>
          <w:tcPr>
            <w:tcW w:w="1843" w:type="dxa"/>
            <w:hideMark/>
          </w:tcPr>
          <w:p w14:paraId="57AD51AD" w14:textId="77777777" w:rsidR="00BD1A92" w:rsidRPr="000539C7" w:rsidRDefault="00454AD1">
            <w:pPr>
              <w:rPr>
                <w:lang w:val="it-IT"/>
              </w:rPr>
            </w:pPr>
            <w:r>
              <w:rPr>
                <w:lang w:val="it-IT"/>
              </w:rPr>
              <w:t xml:space="preserve">Studio e </w:t>
            </w:r>
            <w:r w:rsidR="00BD1A92" w:rsidRPr="000539C7">
              <w:rPr>
                <w:lang w:val="it-IT"/>
              </w:rPr>
              <w:t>Traduzione dei bisogni sociali in soluzioni domotiche</w:t>
            </w:r>
          </w:p>
        </w:tc>
        <w:tc>
          <w:tcPr>
            <w:tcW w:w="1417" w:type="dxa"/>
            <w:hideMark/>
          </w:tcPr>
          <w:p w14:paraId="2F23490B" w14:textId="77777777" w:rsidR="00BD1A92" w:rsidRPr="000539C7" w:rsidRDefault="00BD1A92">
            <w:pPr>
              <w:rPr>
                <w:lang w:val="it-IT"/>
              </w:rPr>
            </w:pPr>
            <w:r w:rsidRPr="000539C7">
              <w:rPr>
                <w:lang w:val="it-IT"/>
              </w:rPr>
              <w:t>Redazione proposta tecnica/preventivo, Progetto, ore lavoro</w:t>
            </w:r>
          </w:p>
        </w:tc>
        <w:tc>
          <w:tcPr>
            <w:tcW w:w="1134" w:type="dxa"/>
          </w:tcPr>
          <w:p w14:paraId="77B5F3C0" w14:textId="77777777" w:rsidR="00BD1A92" w:rsidRPr="000539C7" w:rsidRDefault="00BD1A92">
            <w:pPr>
              <w:rPr>
                <w:lang w:val="it-IT"/>
              </w:rPr>
            </w:pPr>
          </w:p>
        </w:tc>
        <w:tc>
          <w:tcPr>
            <w:tcW w:w="3261" w:type="dxa"/>
          </w:tcPr>
          <w:p w14:paraId="1A54F4E7" w14:textId="77777777" w:rsidR="00BD1A92" w:rsidRPr="000539C7" w:rsidRDefault="00BD1A92">
            <w:pPr>
              <w:rPr>
                <w:lang w:val="it-IT"/>
              </w:rPr>
            </w:pPr>
          </w:p>
        </w:tc>
      </w:tr>
    </w:tbl>
    <w:p w14:paraId="74F2D54A" w14:textId="77777777" w:rsidR="000539C7" w:rsidRDefault="000539C7">
      <w:pPr>
        <w:rPr>
          <w:i/>
          <w:iCs/>
          <w:sz w:val="20"/>
          <w:szCs w:val="20"/>
          <w:lang w:val="it-IT"/>
        </w:rPr>
      </w:pPr>
    </w:p>
    <w:p w14:paraId="22ED5F10" w14:textId="77777777" w:rsidR="00DD44DA" w:rsidRPr="005B6153" w:rsidRDefault="00DD44DA">
      <w:pPr>
        <w:rPr>
          <w:i/>
          <w:iCs/>
          <w:sz w:val="20"/>
          <w:szCs w:val="20"/>
          <w:lang w:val="it-IT"/>
        </w:rPr>
      </w:pPr>
      <w:r>
        <w:rPr>
          <w:i/>
          <w:iCs/>
          <w:sz w:val="20"/>
          <w:szCs w:val="20"/>
          <w:lang w:val="it-IT"/>
        </w:rPr>
        <w:t>Aggiungere una descrizione degli interventi.</w:t>
      </w:r>
    </w:p>
    <w:sectPr w:rsidR="00DD44DA" w:rsidRPr="005B6153" w:rsidSect="00BF02AA">
      <w:headerReference w:type="default" r:id="rId8"/>
      <w:footerReference w:type="default" r:id="rId9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B018A" w14:textId="77777777" w:rsidR="00EC47B9" w:rsidRDefault="00EC47B9" w:rsidP="0008258D">
      <w:pPr>
        <w:spacing w:after="0" w:line="240" w:lineRule="auto"/>
      </w:pPr>
      <w:r>
        <w:separator/>
      </w:r>
    </w:p>
  </w:endnote>
  <w:endnote w:type="continuationSeparator" w:id="0">
    <w:p w14:paraId="4CEA1854" w14:textId="77777777" w:rsidR="00EC47B9" w:rsidRDefault="00EC47B9" w:rsidP="0008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779B7" w14:textId="77777777" w:rsidR="0008258D" w:rsidRDefault="0008258D" w:rsidP="0008258D">
    <w:pPr>
      <w:pStyle w:val="Pidipagina"/>
      <w:tabs>
        <w:tab w:val="clear" w:pos="4680"/>
        <w:tab w:val="clear" w:pos="9360"/>
        <w:tab w:val="left" w:pos="55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37E8" w14:textId="77777777" w:rsidR="00EC47B9" w:rsidRDefault="00EC47B9" w:rsidP="0008258D">
      <w:pPr>
        <w:spacing w:after="0" w:line="240" w:lineRule="auto"/>
      </w:pPr>
      <w:r>
        <w:separator/>
      </w:r>
    </w:p>
  </w:footnote>
  <w:footnote w:type="continuationSeparator" w:id="0">
    <w:p w14:paraId="6D5E2D27" w14:textId="77777777" w:rsidR="00EC47B9" w:rsidRDefault="00EC47B9" w:rsidP="0008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41A49" w14:textId="77777777" w:rsidR="0008258D" w:rsidRPr="0008258D" w:rsidRDefault="0008258D">
    <w:pPr>
      <w:pStyle w:val="Intestazione"/>
      <w:rPr>
        <w:lang w:val="it-IT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086B8E3C" wp14:editId="474674AC">
          <wp:simplePos x="0" y="0"/>
          <wp:positionH relativeFrom="column">
            <wp:posOffset>2228850</wp:posOffset>
          </wp:positionH>
          <wp:positionV relativeFrom="paragraph">
            <wp:posOffset>-247650</wp:posOffset>
          </wp:positionV>
          <wp:extent cx="6213475" cy="930910"/>
          <wp:effectExtent l="0" t="0" r="0" b="254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3475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60288" behindDoc="1" locked="0" layoutInCell="1" allowOverlap="1" wp14:anchorId="62EBCE5B" wp14:editId="0B5852E7">
          <wp:simplePos x="0" y="0"/>
          <wp:positionH relativeFrom="column">
            <wp:posOffset>-685800</wp:posOffset>
          </wp:positionH>
          <wp:positionV relativeFrom="paragraph">
            <wp:posOffset>-257175</wp:posOffset>
          </wp:positionV>
          <wp:extent cx="2781300" cy="832431"/>
          <wp:effectExtent l="0" t="0" r="0" b="635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uartu S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781300" cy="832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2351417">
    <w:abstractNumId w:val="8"/>
  </w:num>
  <w:num w:numId="2" w16cid:durableId="1887839920">
    <w:abstractNumId w:val="6"/>
  </w:num>
  <w:num w:numId="3" w16cid:durableId="2024354137">
    <w:abstractNumId w:val="5"/>
  </w:num>
  <w:num w:numId="4" w16cid:durableId="1390422467">
    <w:abstractNumId w:val="4"/>
  </w:num>
  <w:num w:numId="5" w16cid:durableId="281618467">
    <w:abstractNumId w:val="7"/>
  </w:num>
  <w:num w:numId="6" w16cid:durableId="253364577">
    <w:abstractNumId w:val="3"/>
  </w:num>
  <w:num w:numId="7" w16cid:durableId="6299681">
    <w:abstractNumId w:val="2"/>
  </w:num>
  <w:num w:numId="8" w16cid:durableId="473253537">
    <w:abstractNumId w:val="1"/>
  </w:num>
  <w:num w:numId="9" w16cid:durableId="16085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9C7"/>
    <w:rsid w:val="0006063C"/>
    <w:rsid w:val="0008258D"/>
    <w:rsid w:val="0015074B"/>
    <w:rsid w:val="00280FFC"/>
    <w:rsid w:val="0029639D"/>
    <w:rsid w:val="002D0011"/>
    <w:rsid w:val="00317DA4"/>
    <w:rsid w:val="00326F90"/>
    <w:rsid w:val="00402039"/>
    <w:rsid w:val="00441432"/>
    <w:rsid w:val="00454AD1"/>
    <w:rsid w:val="00496A8F"/>
    <w:rsid w:val="00546109"/>
    <w:rsid w:val="00557934"/>
    <w:rsid w:val="005B6153"/>
    <w:rsid w:val="0063031B"/>
    <w:rsid w:val="00655142"/>
    <w:rsid w:val="006F495D"/>
    <w:rsid w:val="007B1482"/>
    <w:rsid w:val="00AA1D8D"/>
    <w:rsid w:val="00AC3778"/>
    <w:rsid w:val="00B47730"/>
    <w:rsid w:val="00BB7594"/>
    <w:rsid w:val="00BD1A92"/>
    <w:rsid w:val="00BF02AA"/>
    <w:rsid w:val="00CB0664"/>
    <w:rsid w:val="00CB0A6D"/>
    <w:rsid w:val="00D20080"/>
    <w:rsid w:val="00DD44DA"/>
    <w:rsid w:val="00E7069C"/>
    <w:rsid w:val="00E85A05"/>
    <w:rsid w:val="00EC47B9"/>
    <w:rsid w:val="00F63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BF76DC"/>
  <w14:defaultImageDpi w14:val="300"/>
  <w15:docId w15:val="{3427B368-B176-4E01-92BE-7EB27282B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2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25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3ADE73-718C-49CB-A837-BF44274C4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458</Words>
  <Characters>2611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Natascia Argiolas</cp:lastModifiedBy>
  <cp:revision>14</cp:revision>
  <dcterms:created xsi:type="dcterms:W3CDTF">2026-04-24T09:46:00Z</dcterms:created>
  <dcterms:modified xsi:type="dcterms:W3CDTF">2026-04-28T08:06:00Z</dcterms:modified>
  <cp:category/>
</cp:coreProperties>
</file>